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Фирулева Юрия Павловича (дата рождения: 15.11.1963, место рождения: ф. Бурлаки Ишимский район Тюменская область, адрес регистрации: Тюменская область, Викуловский район, с. Боково, ул. Школьная, д. 39, ИНН: 721300321143, СНИЛС: 065-383-434-74), Кубрак Екатерина Александровна (ИНН 246417014946, рег. № 22308), - утверждена Решением Арбитражного суда Тюменской области от 05.12.2023 г. по делу № А70-19891/2023,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15.09.2026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1/11 доля земельного участка, местоположение которого установлено относительно ориентира, расположенного за пределами участка. Ориентир с.Боково вдоль левой стороны полевой дороги. Участок находится примерно в 6,1 км, по направлению на северо-восток от ориентира. Почтовый адрес ориентира: Тюменская область, р-н Викуловский. Площадь: 755300 +/- 46.45 кв.м. Кадастровый номер: 72:06:0205001:178. Наличие обременения в виде аренды (Договор аренды земельного участка №74 от 25.05.2021 г., заключенный на 11 месяцев с последующей пролонгацией).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А70-19891/2023».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24.09.2026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187615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187615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Фирулев Юрий Павлович</w:t>
              <w:br/>
              <w:t>Счёт: 40817810950203827964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7777777" w:rsidR="00F34BAF" w:rsidRPr="0005350B" w:rsidRDefault="0005350B" w:rsidP="00187615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77777777" w:rsidR="00F34BAF" w:rsidRPr="0005350B" w:rsidRDefault="00F34BAF" w:rsidP="00187615">
      <w:pPr>
        <w:jc w:val="both"/>
        <w:rPr>
          <w:lang w:val="ru-RU"/>
        </w:rPr>
      </w:pP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6F90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2013-12-23T23:15:00Z</dcterms:created>
  <dcterms:modified xsi:type="dcterms:W3CDTF">2026-07-20T07:41:00Z</dcterms:modified>
  <cp:category/>
</cp:coreProperties>
</file>