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Сергеевой Ольги Алексеевны (дата рождения: 29.06.1988, место рождения: с. Агинское Саянского района Красноярского края, адрес регистрации: 663580, Красноярский край, Саянский р-н, с. Агинское, ул. Есенина, д.20, ИНН: 243300620837, СНИЛС: 121-481-217-14), Кубрак Екатерина Александровна (ИНН 246417014946, рег. № 22308), - утверждена Решением Арбитражного суда Красноярского края от 23.07.2025 г. по делу № А33-12874/2025,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09.10.2026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универсал, марки ТОЙОТА КАЛДИНА, 1997 г.р., ГРЗ C474HH124, VIN отсутствует, номер кузова 5Т191 4052028, цвет черный, принадлежащий Сергееву Евгению Сергеевичу, являющийся совместно нажитым имуществом супругов.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А33-12874/2025».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20.10.2026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Сергеева Ольга Алексеевна</w:t>
              <w:br/>
              <w:t>Счёт: 40817810550226498712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