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Билалеевой Жанель Андреевны (дата рождения: 20.08.1990, место рождения: гор. Кокчетав Казахской ССР, адрес регистрации: 624992, Россия, Свердловская обл, г Серов, ул Тихомирова, д 2, ИНН: 663230997580, СНИЛС: 133-674-732 69), Кубрак Екатерина Александровна (ИНН 246417014946, рег. № 22308), - утверждена Решением Арбитражного суда Свердловской области от 08.08.2025 г. по делу № А60-33721/2025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комби (хэтчбэк) марки ФОРД ФОКУС, 2006 г.в., ГРЗ У358СХ96, VIN X9F5XXEED56J13030, цвет голубой.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08.08.2025 г. по делу № А60-33721/2025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