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Онищенко Екатерины Николаевны (дата рождения: 04.04.1995, место рождения: с. Бараба Кетовский р-н Курганская обл., адрес регистрации: 640022, Курганская обл., г. Курган, ул. Карла Маркса, д. 135, кв. 60, ИНН: 451005025388, СНИЛС: 160-107-281 13), Кубрак Екатерина Александровна (ИНН 246417014946, рег. № 22308), - утверждена Решением Арбитражного суда Курганской области от 17.11.2025 г. по делу № А34-8783/2025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Двухкомнатная квартира общей площадью 57,7 м², с кадастровым номером 45:25:070407:1251, расположенная по адресу: Курганская область, город Курган, улица Карла Маркса, дом 135, квартира 60.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Курганской области от 17.11.2025 г. по делу № А34-8783/2025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